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D6A1D" w14:textId="0EA963A2" w:rsidR="00C5173C" w:rsidRPr="00D44433" w:rsidRDefault="003609FD">
      <w:pPr>
        <w:pStyle w:val="Heading1"/>
        <w:rPr>
          <w:rFonts w:ascii="Avenir Book" w:hAnsi="Avenir Book"/>
          <w:color w:val="1F3654"/>
          <w:sz w:val="36"/>
          <w:szCs w:val="36"/>
        </w:rPr>
      </w:pPr>
      <w:r w:rsidRPr="00D44433">
        <w:rPr>
          <w:rFonts w:ascii="Avenir Book" w:hAnsi="Avenir Book"/>
          <w:color w:val="1F3654"/>
          <w:sz w:val="36"/>
          <w:szCs w:val="36"/>
        </w:rPr>
        <w:t>Share Your Story: Mums in Construction</w:t>
      </w:r>
      <w:r w:rsidR="00566445">
        <w:rPr>
          <w:rFonts w:ascii="Avenir Book" w:hAnsi="Avenir Book"/>
          <w:color w:val="1F3654"/>
          <w:sz w:val="36"/>
          <w:szCs w:val="36"/>
        </w:rPr>
        <w:t xml:space="preserve"> Research</w:t>
      </w:r>
    </w:p>
    <w:p w14:paraId="691F7C0D" w14:textId="77777777" w:rsidR="00CA2D68" w:rsidRPr="00CA2D68" w:rsidRDefault="00CA2D68" w:rsidP="00CA2D68"/>
    <w:p w14:paraId="19C5D2B6" w14:textId="2C054E88" w:rsidR="00D44433" w:rsidRDefault="003609FD">
      <w:pPr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Thank you for </w:t>
      </w:r>
      <w:r w:rsidR="00CA2D68">
        <w:rPr>
          <w:rFonts w:ascii="Avenir Book" w:hAnsi="Avenir Book"/>
        </w:rPr>
        <w:t>volunteering</w:t>
      </w:r>
      <w:r w:rsidRPr="00CA2D68">
        <w:rPr>
          <w:rFonts w:ascii="Avenir Book" w:hAnsi="Avenir Book"/>
        </w:rPr>
        <w:t xml:space="preserve"> to share your experience</w:t>
      </w:r>
      <w:r w:rsidR="00566445">
        <w:rPr>
          <w:rFonts w:ascii="Avenir Book" w:hAnsi="Avenir Book"/>
        </w:rPr>
        <w:t xml:space="preserve"> of being a mum in construction.</w:t>
      </w:r>
      <w:r w:rsidRPr="00CA2D68">
        <w:rPr>
          <w:rFonts w:ascii="Avenir Book" w:hAnsi="Avenir Book"/>
        </w:rPr>
        <w:t xml:space="preserve"> Your </w:t>
      </w:r>
      <w:r w:rsidR="00566445">
        <w:rPr>
          <w:rFonts w:ascii="Avenir Book" w:hAnsi="Avenir Book"/>
        </w:rPr>
        <w:t xml:space="preserve">answers </w:t>
      </w:r>
      <w:r w:rsidRPr="00CA2D68">
        <w:rPr>
          <w:rFonts w:ascii="Avenir Book" w:hAnsi="Avenir Book"/>
        </w:rPr>
        <w:t>will help others feel seen, supported, and inspired as they navigate m</w:t>
      </w:r>
      <w:r w:rsidR="00CA2D68">
        <w:rPr>
          <w:rFonts w:ascii="Avenir Book" w:hAnsi="Avenir Book"/>
        </w:rPr>
        <w:t>otherhood</w:t>
      </w:r>
      <w:r w:rsidRPr="00CA2D68">
        <w:rPr>
          <w:rFonts w:ascii="Avenir Book" w:hAnsi="Avenir Book"/>
        </w:rPr>
        <w:t xml:space="preserve"> and a career in construction.</w:t>
      </w:r>
      <w:r w:rsidR="00D44433">
        <w:rPr>
          <w:rFonts w:ascii="Avenir Book" w:hAnsi="Avenir Book"/>
        </w:rPr>
        <w:t xml:space="preserve"> </w:t>
      </w:r>
      <w:r w:rsidRPr="00CA2D68">
        <w:rPr>
          <w:rFonts w:ascii="Avenir Book" w:hAnsi="Avenir Book"/>
        </w:rPr>
        <w:t xml:space="preserve">Please answer as many or as few questions as you like. </w:t>
      </w:r>
      <w:r w:rsidR="00D44433">
        <w:rPr>
          <w:rFonts w:ascii="Avenir Book" w:hAnsi="Avenir Book"/>
        </w:rPr>
        <w:t xml:space="preserve">There is no word limit, you can use as much space as you need. </w:t>
      </w:r>
    </w:p>
    <w:p w14:paraId="530CDEEF" w14:textId="2A43EF5D" w:rsidR="00C5173C" w:rsidRDefault="003609FD">
      <w:pPr>
        <w:rPr>
          <w:rFonts w:ascii="Avenir Book" w:hAnsi="Avenir Book"/>
        </w:rPr>
      </w:pPr>
      <w:r w:rsidRPr="00CA2D68">
        <w:rPr>
          <w:rFonts w:ascii="Avenir Book" w:hAnsi="Avenir Book"/>
        </w:rPr>
        <w:t>There’s no pressure to be perfect</w:t>
      </w:r>
      <w:r w:rsidR="00CA2D68">
        <w:rPr>
          <w:rFonts w:ascii="Avenir Book" w:hAnsi="Avenir Book"/>
        </w:rPr>
        <w:t>. Your</w:t>
      </w:r>
      <w:r w:rsidRPr="00CA2D68">
        <w:rPr>
          <w:rFonts w:ascii="Avenir Book" w:hAnsi="Avenir Book"/>
        </w:rPr>
        <w:t xml:space="preserve"> honest reflections are </w:t>
      </w:r>
      <w:r w:rsidR="00CA2D68">
        <w:rPr>
          <w:rFonts w:ascii="Avenir Book" w:hAnsi="Avenir Book"/>
        </w:rPr>
        <w:t xml:space="preserve">the </w:t>
      </w:r>
      <w:r w:rsidRPr="00CA2D68">
        <w:rPr>
          <w:rFonts w:ascii="Avenir Book" w:hAnsi="Avenir Book"/>
        </w:rPr>
        <w:t>most powerful.</w:t>
      </w:r>
      <w:r w:rsidR="00CA2D68">
        <w:rPr>
          <w:rFonts w:ascii="Avenir Book" w:hAnsi="Avenir Book"/>
        </w:rPr>
        <w:t xml:space="preserve"> You can also add in any other questions that you wish I had asked – that will help</w:t>
      </w:r>
      <w:r w:rsidR="002F177A">
        <w:rPr>
          <w:rFonts w:ascii="Avenir Book" w:hAnsi="Avenir Book"/>
        </w:rPr>
        <w:t xml:space="preserve"> </w:t>
      </w:r>
      <w:r w:rsidR="00CA2D68">
        <w:rPr>
          <w:rFonts w:ascii="Avenir Book" w:hAnsi="Avenir Book"/>
        </w:rPr>
        <w:t xml:space="preserve">to shape the next phase of this project. </w:t>
      </w:r>
      <w:r w:rsidR="002F177A">
        <w:rPr>
          <w:rFonts w:ascii="Avenir Book" w:hAnsi="Avenir Book"/>
        </w:rPr>
        <w:t xml:space="preserve">Please email your completed response to </w:t>
      </w:r>
      <w:hyperlink r:id="rId8" w:history="1">
        <w:r w:rsidR="002F177A" w:rsidRPr="0073301C">
          <w:rPr>
            <w:rStyle w:val="Hyperlink"/>
            <w:rFonts w:ascii="Avenir Book" w:hAnsi="Avenir Book"/>
          </w:rPr>
          <w:t>suzanne@inside-coaching.co.uk</w:t>
        </w:r>
      </w:hyperlink>
      <w:r w:rsidR="002F177A">
        <w:rPr>
          <w:rFonts w:ascii="Avenir Book" w:hAnsi="Avenir Book"/>
        </w:rPr>
        <w:t xml:space="preserve">. </w:t>
      </w:r>
    </w:p>
    <w:p w14:paraId="6C579CA1" w14:textId="77777777" w:rsidR="00CA2D68" w:rsidRDefault="00CA2D68">
      <w:pPr>
        <w:rPr>
          <w:rFonts w:ascii="Avenir Book" w:hAnsi="Avenir Book"/>
        </w:rPr>
      </w:pPr>
    </w:p>
    <w:p w14:paraId="7E9EC8B5" w14:textId="76748ED2" w:rsidR="00CA2D68" w:rsidRPr="00CA2D68" w:rsidRDefault="00CA2D68">
      <w:pPr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t>A little bit a</w:t>
      </w:r>
      <w:r w:rsidRPr="00CA2D68">
        <w:rPr>
          <w:rFonts w:ascii="Avenir Book" w:hAnsi="Avenir Book"/>
          <w:b/>
          <w:bCs/>
        </w:rPr>
        <w:t xml:space="preserve">bout </w:t>
      </w:r>
      <w:r>
        <w:rPr>
          <w:rFonts w:ascii="Avenir Book" w:hAnsi="Avenir Book"/>
          <w:b/>
          <w:bCs/>
        </w:rPr>
        <w:t>y</w:t>
      </w:r>
      <w:r w:rsidRPr="00CA2D68">
        <w:rPr>
          <w:rFonts w:ascii="Avenir Book" w:hAnsi="Avenir Book"/>
          <w:b/>
          <w:bCs/>
        </w:rPr>
        <w:t>ou:</w:t>
      </w:r>
    </w:p>
    <w:p w14:paraId="16E0BB23" w14:textId="4FC8DFDE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What inspired you to start a career in construction? </w:t>
      </w:r>
    </w:p>
    <w:p w14:paraId="677B9086" w14:textId="77777777" w:rsidR="00CA2D68" w:rsidRPr="00CA2D68" w:rsidRDefault="00CA2D68" w:rsidP="00CA2D68">
      <w:pPr>
        <w:rPr>
          <w:rFonts w:ascii="Avenir Book" w:hAnsi="Avenir Book"/>
        </w:rPr>
      </w:pPr>
    </w:p>
    <w:p w14:paraId="1B215AD0" w14:textId="27DEE806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How long have you worked in construction </w:t>
      </w:r>
      <w:r w:rsidRPr="00CA2D68">
        <w:rPr>
          <w:rFonts w:ascii="Avenir Book" w:hAnsi="Avenir Book"/>
          <w:i/>
          <w:iCs/>
        </w:rPr>
        <w:t>(have you had any gaps where you left and then returned</w:t>
      </w:r>
      <w:r w:rsidRPr="00CA2D68">
        <w:rPr>
          <w:rFonts w:ascii="Avenir Book" w:hAnsi="Avenir Book"/>
        </w:rPr>
        <w:t>?)</w:t>
      </w:r>
    </w:p>
    <w:p w14:paraId="0BA8FC48" w14:textId="77777777" w:rsidR="00CA2D68" w:rsidRPr="00CA2D68" w:rsidRDefault="00CA2D68" w:rsidP="00CA2D68">
      <w:pPr>
        <w:rPr>
          <w:rFonts w:ascii="Avenir Book" w:hAnsi="Avenir Book"/>
        </w:rPr>
      </w:pPr>
    </w:p>
    <w:p w14:paraId="2FD14F2A" w14:textId="399B873A" w:rsidR="00C5173C" w:rsidRDefault="003609FD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>What</w:t>
      </w:r>
      <w:r w:rsidR="00CA2D68" w:rsidRPr="00CA2D68">
        <w:rPr>
          <w:rFonts w:ascii="Avenir Book" w:hAnsi="Avenir Book"/>
        </w:rPr>
        <w:t xml:space="preserve"> i</w:t>
      </w:r>
      <w:r w:rsidRPr="00CA2D68">
        <w:rPr>
          <w:rFonts w:ascii="Avenir Book" w:hAnsi="Avenir Book"/>
        </w:rPr>
        <w:t xml:space="preserve">s your current </w:t>
      </w:r>
      <w:proofErr w:type="gramStart"/>
      <w:r w:rsidRPr="00CA2D68">
        <w:rPr>
          <w:rFonts w:ascii="Avenir Book" w:hAnsi="Avenir Book"/>
        </w:rPr>
        <w:t>role</w:t>
      </w:r>
      <w:proofErr w:type="gramEnd"/>
      <w:r w:rsidR="00CA2D68">
        <w:rPr>
          <w:rFonts w:ascii="Avenir Book" w:hAnsi="Avenir Book"/>
        </w:rPr>
        <w:t xml:space="preserve"> and which company do you work for? </w:t>
      </w:r>
    </w:p>
    <w:p w14:paraId="0E011F3C" w14:textId="77777777" w:rsidR="00CA2D68" w:rsidRDefault="00CA2D68" w:rsidP="00CA2D68">
      <w:pPr>
        <w:rPr>
          <w:rFonts w:ascii="Avenir Book" w:hAnsi="Avenir Book"/>
        </w:rPr>
      </w:pPr>
    </w:p>
    <w:p w14:paraId="4D20870E" w14:textId="71CAE9C2" w:rsidR="00CA2D68" w:rsidRPr="00CA2D68" w:rsidRDefault="00CA2D68" w:rsidP="00CA2D68">
      <w:pPr>
        <w:rPr>
          <w:rFonts w:ascii="Avenir Book" w:hAnsi="Avenir Book"/>
          <w:b/>
          <w:bCs/>
        </w:rPr>
      </w:pPr>
      <w:r w:rsidRPr="00CA2D68">
        <w:rPr>
          <w:rFonts w:ascii="Avenir Book" w:hAnsi="Avenir Book"/>
          <w:b/>
          <w:bCs/>
        </w:rPr>
        <w:t>About becoming a mum:</w:t>
      </w:r>
    </w:p>
    <w:p w14:paraId="2A22BCB1" w14:textId="460F0D81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How many children do you have and how old are they?</w:t>
      </w:r>
    </w:p>
    <w:p w14:paraId="70847691" w14:textId="77777777" w:rsidR="00CA2D68" w:rsidRPr="00CA2D68" w:rsidRDefault="00CA2D68" w:rsidP="00CA2D68">
      <w:pPr>
        <w:rPr>
          <w:rFonts w:ascii="Avenir Book" w:hAnsi="Avenir Book"/>
        </w:rPr>
      </w:pPr>
    </w:p>
    <w:p w14:paraId="4C22503C" w14:textId="47C3F031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Is there anything about your journey into motherhood that you want to share?</w:t>
      </w:r>
    </w:p>
    <w:p w14:paraId="077BBDE6" w14:textId="77777777" w:rsidR="00CA2D68" w:rsidRDefault="00CA2D68" w:rsidP="00CA2D68">
      <w:pPr>
        <w:pStyle w:val="ListParagraph"/>
        <w:rPr>
          <w:rFonts w:ascii="Avenir Book" w:hAnsi="Avenir Book"/>
        </w:rPr>
      </w:pPr>
    </w:p>
    <w:p w14:paraId="7F30A01F" w14:textId="77777777" w:rsidR="00CA2D68" w:rsidRDefault="00CA2D68" w:rsidP="00CA2D68">
      <w:pPr>
        <w:rPr>
          <w:rFonts w:ascii="Avenir Book" w:hAnsi="Avenir Book"/>
        </w:rPr>
      </w:pPr>
    </w:p>
    <w:p w14:paraId="27D35E00" w14:textId="77777777" w:rsidR="00566445" w:rsidRPr="00CA2D68" w:rsidRDefault="00566445" w:rsidP="00CA2D68">
      <w:pPr>
        <w:rPr>
          <w:rFonts w:ascii="Avenir Book" w:hAnsi="Avenir Book"/>
        </w:rPr>
      </w:pPr>
    </w:p>
    <w:p w14:paraId="192336F3" w14:textId="11AD9B0F" w:rsidR="00CA2D68" w:rsidRPr="00CA2D68" w:rsidRDefault="003609FD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>What was your experience of becoming a mum while working in the industry?</w:t>
      </w:r>
      <w:r w:rsidRPr="00CA2D68">
        <w:rPr>
          <w:rFonts w:ascii="Avenir Book" w:hAnsi="Avenir Book"/>
        </w:rPr>
        <w:br/>
      </w:r>
      <w:r w:rsidRPr="00CA2D68">
        <w:rPr>
          <w:rFonts w:ascii="Avenir Book" w:hAnsi="Avenir Book"/>
          <w:i/>
          <w:iCs/>
        </w:rPr>
        <w:t>- How did your workplace respond?</w:t>
      </w:r>
      <w:r w:rsidRPr="00CA2D68">
        <w:rPr>
          <w:rFonts w:ascii="Avenir Book" w:hAnsi="Avenir Book"/>
          <w:i/>
          <w:iCs/>
        </w:rPr>
        <w:br/>
        <w:t>- What support did you have (or wish you had)?</w:t>
      </w:r>
      <w:r w:rsidRPr="00CA2D68">
        <w:rPr>
          <w:rFonts w:ascii="Avenir Book" w:hAnsi="Avenir Book"/>
          <w:i/>
          <w:iCs/>
        </w:rPr>
        <w:br/>
        <w:t>- Were there any surprises — good or bad?</w:t>
      </w:r>
    </w:p>
    <w:p w14:paraId="2124436D" w14:textId="77777777" w:rsidR="00CA2D68" w:rsidRPr="00CA2D68" w:rsidRDefault="00CA2D68" w:rsidP="00CA2D68">
      <w:pPr>
        <w:rPr>
          <w:rFonts w:ascii="Avenir Book" w:hAnsi="Avenir Book"/>
        </w:rPr>
      </w:pPr>
    </w:p>
    <w:p w14:paraId="2BC7889C" w14:textId="77777777" w:rsidR="00566445" w:rsidRPr="00566445" w:rsidRDefault="003609FD" w:rsidP="00566445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 What was your return to work like after maternity leave?</w:t>
      </w:r>
      <w:r w:rsidRPr="00CA2D68">
        <w:rPr>
          <w:rFonts w:ascii="Avenir Book" w:hAnsi="Avenir Book"/>
        </w:rPr>
        <w:br/>
      </w:r>
      <w:r w:rsidRPr="00CA2D68">
        <w:rPr>
          <w:rFonts w:ascii="Avenir Book" w:hAnsi="Avenir Book"/>
          <w:i/>
          <w:iCs/>
        </w:rPr>
        <w:t>- How were you welcomed back?</w:t>
      </w:r>
      <w:r w:rsidRPr="00CA2D68">
        <w:rPr>
          <w:rFonts w:ascii="Avenir Book" w:hAnsi="Avenir Book"/>
          <w:i/>
          <w:iCs/>
        </w:rPr>
        <w:br/>
        <w:t>- What made it harder or easier?</w:t>
      </w:r>
      <w:r w:rsidRPr="00CA2D68">
        <w:rPr>
          <w:rFonts w:ascii="Avenir Book" w:hAnsi="Avenir Book"/>
          <w:i/>
          <w:iCs/>
        </w:rPr>
        <w:br/>
        <w:t xml:space="preserve">- Did your confidence </w:t>
      </w:r>
      <w:r w:rsidR="00CA2D68" w:rsidRPr="00CA2D68">
        <w:rPr>
          <w:rFonts w:ascii="Avenir Book" w:hAnsi="Avenir Book"/>
          <w:i/>
          <w:iCs/>
        </w:rPr>
        <w:t>levels change</w:t>
      </w:r>
      <w:r w:rsidRPr="00CA2D68">
        <w:rPr>
          <w:rFonts w:ascii="Avenir Book" w:hAnsi="Avenir Book"/>
          <w:i/>
          <w:iCs/>
        </w:rPr>
        <w:t>?</w:t>
      </w:r>
    </w:p>
    <w:p w14:paraId="7366F3F5" w14:textId="20D0A177" w:rsidR="00CA2D68" w:rsidRPr="00566445" w:rsidRDefault="00566445" w:rsidP="00566445">
      <w:pPr>
        <w:pStyle w:val="ListParagraph"/>
        <w:ind w:left="1068"/>
        <w:rPr>
          <w:rFonts w:ascii="Avenir Book" w:hAnsi="Avenir Book"/>
        </w:rPr>
      </w:pPr>
      <w:r>
        <w:rPr>
          <w:rFonts w:ascii="Avenir Book" w:hAnsi="Avenir Book"/>
          <w:i/>
          <w:iCs/>
        </w:rPr>
        <w:t>-</w:t>
      </w:r>
      <w:r w:rsidR="00CA2D68" w:rsidRPr="00566445">
        <w:rPr>
          <w:rFonts w:ascii="Avenir Book" w:hAnsi="Avenir Book"/>
          <w:i/>
          <w:iCs/>
        </w:rPr>
        <w:t>Do you feel like your identity had shifted?</w:t>
      </w:r>
    </w:p>
    <w:p w14:paraId="4AF64044" w14:textId="77777777" w:rsidR="00566445" w:rsidRDefault="00566445" w:rsidP="00CA2D68">
      <w:pPr>
        <w:pStyle w:val="ListParagraph"/>
        <w:rPr>
          <w:rFonts w:ascii="Avenir Book" w:hAnsi="Avenir Book"/>
          <w:i/>
          <w:iCs/>
        </w:rPr>
      </w:pPr>
    </w:p>
    <w:p w14:paraId="1EB42308" w14:textId="77777777" w:rsidR="00CA2D68" w:rsidRDefault="00CA2D68" w:rsidP="00CA2D68">
      <w:pPr>
        <w:pStyle w:val="ListParagraph"/>
        <w:rPr>
          <w:rFonts w:ascii="Avenir Book" w:hAnsi="Avenir Book"/>
          <w:i/>
          <w:iCs/>
        </w:rPr>
      </w:pPr>
    </w:p>
    <w:p w14:paraId="38D704A4" w14:textId="13BF3E3B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What support do you wish you’d had at that time?</w:t>
      </w:r>
    </w:p>
    <w:p w14:paraId="788A9E69" w14:textId="77777777" w:rsidR="00CA2D68" w:rsidRDefault="00CA2D68" w:rsidP="00CA2D68">
      <w:pPr>
        <w:rPr>
          <w:rFonts w:ascii="Avenir Book" w:hAnsi="Avenir Book"/>
        </w:rPr>
      </w:pPr>
    </w:p>
    <w:p w14:paraId="5CCAACD1" w14:textId="77777777" w:rsidR="00566445" w:rsidRDefault="00566445" w:rsidP="00CA2D68">
      <w:pPr>
        <w:rPr>
          <w:rFonts w:ascii="Avenir Book" w:hAnsi="Avenir Book"/>
        </w:rPr>
      </w:pPr>
    </w:p>
    <w:p w14:paraId="49E3D4D0" w14:textId="35848EA1" w:rsidR="00CA2D68" w:rsidRPr="00CA2D68" w:rsidRDefault="00CA2D68" w:rsidP="00CA2D68">
      <w:pPr>
        <w:rPr>
          <w:rFonts w:ascii="Avenir Book" w:hAnsi="Avenir Book"/>
          <w:b/>
          <w:bCs/>
        </w:rPr>
      </w:pPr>
      <w:r w:rsidRPr="00CA2D68">
        <w:rPr>
          <w:rFonts w:ascii="Avenir Book" w:hAnsi="Avenir Book"/>
          <w:b/>
          <w:bCs/>
        </w:rPr>
        <w:t>About your managers and colleagues</w:t>
      </w:r>
      <w:r>
        <w:rPr>
          <w:rFonts w:ascii="Avenir Book" w:hAnsi="Avenir Book"/>
          <w:b/>
          <w:bCs/>
        </w:rPr>
        <w:t>:</w:t>
      </w:r>
    </w:p>
    <w:p w14:paraId="28D4236C" w14:textId="77777777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>Can you tell us about an *ally* — someone who supported or championed you?</w:t>
      </w:r>
      <w:r w:rsidRPr="00CA2D68">
        <w:rPr>
          <w:rFonts w:ascii="Avenir Book" w:hAnsi="Avenir Book"/>
        </w:rPr>
        <w:br/>
        <w:t>- What did they say or do that made a difference?</w:t>
      </w:r>
    </w:p>
    <w:p w14:paraId="706EDD75" w14:textId="77777777" w:rsidR="00566445" w:rsidRPr="00CA2D68" w:rsidRDefault="00566445" w:rsidP="00CA2D68">
      <w:pPr>
        <w:rPr>
          <w:rFonts w:ascii="Avenir Book" w:hAnsi="Avenir Book"/>
        </w:rPr>
      </w:pPr>
    </w:p>
    <w:p w14:paraId="6034EB2E" w14:textId="522CFBF1" w:rsidR="00CA2D68" w:rsidRDefault="003609FD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>Can you share an example of a *blocker* — someone whose actions or attitudes got in the way?</w:t>
      </w:r>
      <w:r w:rsidRPr="00CA2D68">
        <w:rPr>
          <w:rFonts w:ascii="Avenir Book" w:hAnsi="Avenir Book"/>
        </w:rPr>
        <w:br/>
        <w:t>- What impact did this have?</w:t>
      </w:r>
    </w:p>
    <w:p w14:paraId="26CF0ACD" w14:textId="77777777" w:rsidR="00AC67F8" w:rsidRPr="00CA2D68" w:rsidRDefault="00AC67F8" w:rsidP="00CA2D68">
      <w:pPr>
        <w:rPr>
          <w:rFonts w:ascii="Avenir Book" w:hAnsi="Avenir Book"/>
        </w:rPr>
      </w:pPr>
    </w:p>
    <w:p w14:paraId="6825CCA4" w14:textId="12AF727C" w:rsidR="00CA2D68" w:rsidRDefault="00CA2D6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Is there anything else you want to share about the impact that colleagues or managers have had on your career since becoming a mum</w:t>
      </w:r>
    </w:p>
    <w:p w14:paraId="2D4FEFF8" w14:textId="77777777" w:rsidR="00AC67F8" w:rsidRDefault="00AC67F8" w:rsidP="00AC67F8">
      <w:pPr>
        <w:pStyle w:val="ListParagraph"/>
        <w:rPr>
          <w:rFonts w:ascii="Avenir Book" w:hAnsi="Avenir Book"/>
        </w:rPr>
      </w:pPr>
    </w:p>
    <w:p w14:paraId="30557B99" w14:textId="77777777" w:rsidR="00AC67F8" w:rsidRDefault="00AC67F8" w:rsidP="00AC67F8">
      <w:pPr>
        <w:pStyle w:val="ListParagraph"/>
        <w:rPr>
          <w:rFonts w:ascii="Avenir Book" w:hAnsi="Avenir Book"/>
        </w:rPr>
      </w:pPr>
    </w:p>
    <w:p w14:paraId="16C18AE1" w14:textId="77777777" w:rsidR="00AC67F8" w:rsidRDefault="00AC67F8" w:rsidP="00AC67F8">
      <w:pPr>
        <w:pStyle w:val="ListParagraph"/>
        <w:rPr>
          <w:rFonts w:ascii="Avenir Book" w:hAnsi="Avenir Book"/>
        </w:rPr>
      </w:pPr>
    </w:p>
    <w:p w14:paraId="46132A33" w14:textId="77777777" w:rsidR="00566445" w:rsidRDefault="00566445" w:rsidP="00AC67F8">
      <w:pPr>
        <w:pStyle w:val="ListParagraph"/>
        <w:rPr>
          <w:rFonts w:ascii="Avenir Book" w:hAnsi="Avenir Book"/>
        </w:rPr>
      </w:pPr>
    </w:p>
    <w:p w14:paraId="26BD89C8" w14:textId="77777777" w:rsidR="00566445" w:rsidRDefault="00566445" w:rsidP="00AC67F8">
      <w:pPr>
        <w:pStyle w:val="ListParagraph"/>
        <w:rPr>
          <w:rFonts w:ascii="Avenir Book" w:hAnsi="Avenir Book"/>
        </w:rPr>
      </w:pPr>
    </w:p>
    <w:p w14:paraId="5F9710F2" w14:textId="77777777" w:rsidR="00566445" w:rsidRDefault="00566445" w:rsidP="00AC67F8">
      <w:pPr>
        <w:pStyle w:val="ListParagraph"/>
        <w:rPr>
          <w:rFonts w:ascii="Avenir Book" w:hAnsi="Avenir Book"/>
        </w:rPr>
      </w:pPr>
    </w:p>
    <w:p w14:paraId="4A61BACB" w14:textId="77777777" w:rsidR="00566445" w:rsidRPr="00AC67F8" w:rsidRDefault="00566445" w:rsidP="00AC67F8">
      <w:pPr>
        <w:pStyle w:val="ListParagraph"/>
        <w:rPr>
          <w:rFonts w:ascii="Avenir Book" w:hAnsi="Avenir Book"/>
        </w:rPr>
      </w:pPr>
    </w:p>
    <w:p w14:paraId="3AFAF216" w14:textId="4825FBD3" w:rsidR="00566445" w:rsidRPr="00AC67F8" w:rsidRDefault="00AC67F8" w:rsidP="00AC67F8">
      <w:pPr>
        <w:rPr>
          <w:rFonts w:ascii="Avenir Book" w:hAnsi="Avenir Book"/>
          <w:b/>
          <w:bCs/>
        </w:rPr>
      </w:pPr>
      <w:r w:rsidRPr="00AC67F8">
        <w:rPr>
          <w:rFonts w:ascii="Avenir Book" w:hAnsi="Avenir Book"/>
          <w:b/>
          <w:bCs/>
        </w:rPr>
        <w:t>About your aspirations:</w:t>
      </w:r>
    </w:p>
    <w:p w14:paraId="1CFE2280" w14:textId="4F5A8926" w:rsidR="00AC67F8" w:rsidRPr="00566445" w:rsidRDefault="00AC67F8" w:rsidP="00AC67F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How has becoming a mum shaped the relationship with work?</w:t>
      </w:r>
    </w:p>
    <w:p w14:paraId="10DC2700" w14:textId="77777777" w:rsidR="00AC67F8" w:rsidRPr="00AC67F8" w:rsidRDefault="00AC67F8" w:rsidP="00AC67F8">
      <w:pPr>
        <w:rPr>
          <w:rFonts w:ascii="Avenir Book" w:hAnsi="Avenir Book"/>
        </w:rPr>
      </w:pPr>
    </w:p>
    <w:p w14:paraId="2EEF4056" w14:textId="022521BC" w:rsidR="00C5173C" w:rsidRDefault="003609FD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CA2D68">
        <w:rPr>
          <w:rFonts w:ascii="Avenir Book" w:hAnsi="Avenir Book"/>
        </w:rPr>
        <w:t>How has becoming a mum shaped your career direction?</w:t>
      </w:r>
    </w:p>
    <w:p w14:paraId="57F44D39" w14:textId="64C764C7" w:rsidR="00AC67F8" w:rsidRDefault="00AC67F8" w:rsidP="00AC67F8">
      <w:pPr>
        <w:ind w:left="1056" w:firstLine="12"/>
        <w:rPr>
          <w:rFonts w:ascii="Avenir Book" w:hAnsi="Avenir Book"/>
          <w:i/>
          <w:iCs/>
        </w:rPr>
      </w:pPr>
      <w:r w:rsidRPr="00AC67F8">
        <w:rPr>
          <w:rFonts w:ascii="Avenir Book" w:hAnsi="Avenir Book"/>
        </w:rPr>
        <w:t xml:space="preserve">- </w:t>
      </w:r>
      <w:r w:rsidRPr="00AC67F8">
        <w:rPr>
          <w:rFonts w:ascii="Avenir Book" w:hAnsi="Avenir Book"/>
          <w:i/>
          <w:iCs/>
        </w:rPr>
        <w:t>do you feel like you have the same opportunities for career progression</w:t>
      </w:r>
      <w:r>
        <w:rPr>
          <w:rFonts w:ascii="Avenir Book" w:hAnsi="Avenir Book"/>
          <w:i/>
          <w:iCs/>
        </w:rPr>
        <w:t xml:space="preserve"> as Dad’s / colleagues who aren’t parents / colleagues with children who are a different age to yours?</w:t>
      </w:r>
    </w:p>
    <w:p w14:paraId="3A87B5C5" w14:textId="77777777" w:rsidR="00AC67F8" w:rsidRPr="00AC67F8" w:rsidRDefault="00AC67F8" w:rsidP="00566445">
      <w:pPr>
        <w:rPr>
          <w:rFonts w:ascii="Avenir Book" w:hAnsi="Avenir Book"/>
          <w:i/>
          <w:iCs/>
        </w:rPr>
      </w:pPr>
    </w:p>
    <w:p w14:paraId="4BD73B86" w14:textId="1ED5472D" w:rsidR="00566445" w:rsidRDefault="00AC67F8" w:rsidP="00566445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Would you describe yourself as more ambitious or less ambitious since becoming a mum? </w:t>
      </w:r>
    </w:p>
    <w:p w14:paraId="76B01318" w14:textId="77777777" w:rsidR="00566445" w:rsidRPr="00566445" w:rsidRDefault="00566445" w:rsidP="00566445">
      <w:pPr>
        <w:rPr>
          <w:rFonts w:ascii="Avenir Book" w:hAnsi="Avenir Book"/>
        </w:rPr>
      </w:pPr>
    </w:p>
    <w:p w14:paraId="7CB364D7" w14:textId="78ADFDF7" w:rsidR="00566445" w:rsidRPr="00566445" w:rsidRDefault="00566445" w:rsidP="00566445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What are your career aspirations for the future and what support would help you to achieve this?</w:t>
      </w:r>
    </w:p>
    <w:p w14:paraId="74E1318B" w14:textId="77777777" w:rsidR="00AC67F8" w:rsidRDefault="00AC67F8" w:rsidP="00AC67F8">
      <w:pPr>
        <w:rPr>
          <w:rFonts w:ascii="Avenir Book" w:hAnsi="Avenir Book"/>
        </w:rPr>
      </w:pPr>
    </w:p>
    <w:p w14:paraId="45A5B26F" w14:textId="77777777" w:rsidR="00566445" w:rsidRDefault="00566445" w:rsidP="00AC67F8">
      <w:pPr>
        <w:rPr>
          <w:rFonts w:ascii="Avenir Book" w:hAnsi="Avenir Book"/>
        </w:rPr>
      </w:pPr>
    </w:p>
    <w:p w14:paraId="37ADE20C" w14:textId="779DFF76" w:rsidR="00AC67F8" w:rsidRPr="00AC67F8" w:rsidRDefault="00AC67F8" w:rsidP="00AC67F8">
      <w:pPr>
        <w:rPr>
          <w:rFonts w:ascii="Avenir Book" w:hAnsi="Avenir Book"/>
          <w:b/>
          <w:bCs/>
        </w:rPr>
      </w:pPr>
      <w:r w:rsidRPr="00AC67F8">
        <w:rPr>
          <w:rFonts w:ascii="Avenir Book" w:hAnsi="Avenir Book"/>
          <w:b/>
          <w:bCs/>
        </w:rPr>
        <w:t>About the wider industry:</w:t>
      </w:r>
    </w:p>
    <w:p w14:paraId="67AE53FB" w14:textId="002C9C8E" w:rsidR="00AC67F8" w:rsidRDefault="00AC67F8" w:rsidP="00AC67F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What is the industry doing well in terms of supporting mums?</w:t>
      </w:r>
    </w:p>
    <w:p w14:paraId="78EFD611" w14:textId="77777777" w:rsidR="00566445" w:rsidRDefault="00566445" w:rsidP="00566445">
      <w:pPr>
        <w:pStyle w:val="ListParagraph"/>
        <w:ind w:left="1068"/>
        <w:rPr>
          <w:rFonts w:ascii="Avenir Book" w:hAnsi="Avenir Book"/>
        </w:rPr>
      </w:pPr>
    </w:p>
    <w:p w14:paraId="751D143B" w14:textId="77777777" w:rsidR="00566445" w:rsidRPr="00566445" w:rsidRDefault="00566445" w:rsidP="00566445">
      <w:pPr>
        <w:pStyle w:val="ListParagraph"/>
        <w:ind w:left="1068"/>
        <w:rPr>
          <w:rFonts w:ascii="Avenir Book" w:hAnsi="Avenir Book"/>
        </w:rPr>
      </w:pPr>
    </w:p>
    <w:p w14:paraId="5A8335C7" w14:textId="3A27E9C7" w:rsidR="00AC67F8" w:rsidRDefault="00AC67F8" w:rsidP="00AC67F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What</w:t>
      </w:r>
      <w:r w:rsidR="00566445">
        <w:rPr>
          <w:rFonts w:ascii="Avenir Book" w:hAnsi="Avenir Book"/>
        </w:rPr>
        <w:t xml:space="preserve"> good practice</w:t>
      </w:r>
      <w:r>
        <w:rPr>
          <w:rFonts w:ascii="Avenir Book" w:hAnsi="Avenir Book"/>
        </w:rPr>
        <w:t xml:space="preserve"> should the industry shout about more? </w:t>
      </w:r>
    </w:p>
    <w:p w14:paraId="6A5142FC" w14:textId="2A3653D2" w:rsidR="00AC67F8" w:rsidRPr="00AC67F8" w:rsidRDefault="00AC67F8" w:rsidP="00AC67F8">
      <w:pPr>
        <w:pStyle w:val="ListParagraph"/>
        <w:numPr>
          <w:ilvl w:val="0"/>
          <w:numId w:val="11"/>
        </w:numPr>
        <w:rPr>
          <w:rFonts w:ascii="Avenir Book" w:hAnsi="Avenir Book"/>
          <w:i/>
          <w:iCs/>
        </w:rPr>
      </w:pPr>
      <w:r>
        <w:rPr>
          <w:rFonts w:ascii="Avenir Book" w:hAnsi="Avenir Book"/>
          <w:i/>
          <w:iCs/>
        </w:rPr>
        <w:t xml:space="preserve">This might be </w:t>
      </w:r>
      <w:r w:rsidRPr="00AC67F8">
        <w:rPr>
          <w:rFonts w:ascii="Avenir Book" w:hAnsi="Avenir Book"/>
          <w:i/>
          <w:iCs/>
        </w:rPr>
        <w:t>opportunities</w:t>
      </w:r>
      <w:r>
        <w:rPr>
          <w:rFonts w:ascii="Avenir Book" w:hAnsi="Avenir Book"/>
          <w:i/>
          <w:iCs/>
        </w:rPr>
        <w:t>, culture or</w:t>
      </w:r>
      <w:r w:rsidRPr="00AC67F8">
        <w:rPr>
          <w:rFonts w:ascii="Avenir Book" w:hAnsi="Avenir Book"/>
          <w:i/>
          <w:iCs/>
        </w:rPr>
        <w:t xml:space="preserve"> initiatives</w:t>
      </w:r>
    </w:p>
    <w:p w14:paraId="7AB58678" w14:textId="43141DF3" w:rsidR="00AC67F8" w:rsidRPr="00AC67F8" w:rsidRDefault="00AC67F8" w:rsidP="00AC67F8">
      <w:pPr>
        <w:rPr>
          <w:rFonts w:ascii="Avenir Book" w:hAnsi="Avenir Book"/>
        </w:rPr>
      </w:pPr>
    </w:p>
    <w:p w14:paraId="12B3FA1C" w14:textId="5BE7F16D" w:rsidR="00AC67F8" w:rsidRDefault="00AC67F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What could the industry do even more of?</w:t>
      </w:r>
    </w:p>
    <w:p w14:paraId="19E979B8" w14:textId="77777777" w:rsidR="00AC67F8" w:rsidRPr="00AC67F8" w:rsidRDefault="00AC67F8" w:rsidP="00AC67F8">
      <w:pPr>
        <w:pStyle w:val="ListParagraph"/>
        <w:rPr>
          <w:rFonts w:ascii="Avenir Book" w:hAnsi="Avenir Book"/>
        </w:rPr>
      </w:pPr>
    </w:p>
    <w:p w14:paraId="734E3238" w14:textId="77777777" w:rsidR="00AC67F8" w:rsidRPr="00AC67F8" w:rsidRDefault="00AC67F8" w:rsidP="00AC67F8">
      <w:pPr>
        <w:rPr>
          <w:rFonts w:ascii="Avenir Book" w:hAnsi="Avenir Book"/>
        </w:rPr>
      </w:pPr>
    </w:p>
    <w:p w14:paraId="0030958D" w14:textId="2B69F47C" w:rsidR="00AC67F8" w:rsidRDefault="00AC67F8" w:rsidP="00CA2D6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lastRenderedPageBreak/>
        <w:t>What is the industry still not tackling that needs to be changed?</w:t>
      </w:r>
    </w:p>
    <w:p w14:paraId="53B10D9B" w14:textId="77777777" w:rsidR="00AC67F8" w:rsidRDefault="00AC67F8" w:rsidP="00AC67F8">
      <w:pPr>
        <w:rPr>
          <w:rFonts w:ascii="Avenir Book" w:hAnsi="Avenir Book"/>
          <w:b/>
          <w:bCs/>
        </w:rPr>
      </w:pPr>
    </w:p>
    <w:p w14:paraId="5EA677D1" w14:textId="33679B4E" w:rsidR="00AC67F8" w:rsidRPr="00AC67F8" w:rsidRDefault="00AC67F8" w:rsidP="00AC67F8">
      <w:pPr>
        <w:rPr>
          <w:rFonts w:ascii="Avenir Book" w:hAnsi="Avenir Book"/>
          <w:b/>
          <w:bCs/>
        </w:rPr>
      </w:pPr>
      <w:r w:rsidRPr="00AC67F8">
        <w:rPr>
          <w:rFonts w:ascii="Avenir Book" w:hAnsi="Avenir Book"/>
          <w:b/>
          <w:bCs/>
        </w:rPr>
        <w:t>Your top tips and advice:</w:t>
      </w:r>
    </w:p>
    <w:p w14:paraId="18F40B5E" w14:textId="77777777" w:rsidR="00566445" w:rsidRDefault="00566445">
      <w:pPr>
        <w:rPr>
          <w:rFonts w:ascii="Avenir Book" w:hAnsi="Avenir Book"/>
        </w:rPr>
      </w:pPr>
    </w:p>
    <w:p w14:paraId="1EEBDB9C" w14:textId="5954BA4D" w:rsidR="00AC67F8" w:rsidRPr="00AC67F8" w:rsidRDefault="003609FD" w:rsidP="00AC67F8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AC67F8">
        <w:rPr>
          <w:rFonts w:ascii="Avenir Book" w:hAnsi="Avenir Book"/>
        </w:rPr>
        <w:t>What advice would you give to</w:t>
      </w:r>
    </w:p>
    <w:p w14:paraId="2B83E5A1" w14:textId="657AABD0" w:rsidR="00C5173C" w:rsidRPr="00AC67F8" w:rsidRDefault="00AC67F8" w:rsidP="00AC67F8">
      <w:pPr>
        <w:pStyle w:val="ListParagraph"/>
        <w:ind w:left="1068"/>
        <w:rPr>
          <w:rFonts w:ascii="Avenir Book" w:hAnsi="Avenir Book"/>
          <w:i/>
          <w:iCs/>
        </w:rPr>
      </w:pPr>
      <w:r w:rsidRPr="00AC67F8">
        <w:rPr>
          <w:rFonts w:ascii="Avenir Book" w:hAnsi="Avenir Book"/>
          <w:i/>
          <w:iCs/>
        </w:rPr>
        <w:t>-</w:t>
      </w:r>
      <w:r w:rsidR="003609FD" w:rsidRPr="00AC67F8">
        <w:rPr>
          <w:rFonts w:ascii="Avenir Book" w:hAnsi="Avenir Book"/>
          <w:i/>
          <w:iCs/>
        </w:rPr>
        <w:t xml:space="preserve"> A mum returning to construction now?</w:t>
      </w:r>
      <w:r w:rsidR="003609FD" w:rsidRPr="00AC67F8">
        <w:rPr>
          <w:rFonts w:ascii="Avenir Book" w:hAnsi="Avenir Book"/>
          <w:i/>
          <w:iCs/>
        </w:rPr>
        <w:br/>
        <w:t>- A line manager or team trying to offer better support?</w:t>
      </w:r>
    </w:p>
    <w:p w14:paraId="2BB7CF62" w14:textId="77777777" w:rsidR="00AC67F8" w:rsidRDefault="00AC67F8" w:rsidP="00AC67F8">
      <w:pPr>
        <w:pStyle w:val="ListParagraph"/>
        <w:ind w:left="1068"/>
        <w:rPr>
          <w:rFonts w:ascii="Avenir Book" w:hAnsi="Avenir Book"/>
          <w:i/>
          <w:iCs/>
        </w:rPr>
      </w:pPr>
      <w:r w:rsidRPr="00AC67F8">
        <w:rPr>
          <w:rFonts w:ascii="Avenir Book" w:hAnsi="Avenir Book"/>
          <w:i/>
          <w:iCs/>
        </w:rPr>
        <w:t>- A mum considering joining the industry or returning to the industry?</w:t>
      </w:r>
    </w:p>
    <w:p w14:paraId="2C5A2C95" w14:textId="77777777" w:rsidR="00AC67F8" w:rsidRDefault="00AC67F8" w:rsidP="00AC67F8">
      <w:pPr>
        <w:pStyle w:val="ListParagraph"/>
        <w:ind w:left="1068"/>
        <w:rPr>
          <w:rFonts w:ascii="Avenir Book" w:hAnsi="Avenir Book"/>
          <w:i/>
          <w:iCs/>
        </w:rPr>
      </w:pPr>
    </w:p>
    <w:p w14:paraId="00C26583" w14:textId="77777777" w:rsidR="00AC67F8" w:rsidRDefault="00AC67F8" w:rsidP="00AC67F8">
      <w:pPr>
        <w:pStyle w:val="ListParagraph"/>
        <w:ind w:left="1068"/>
        <w:rPr>
          <w:rFonts w:ascii="Avenir Book" w:hAnsi="Avenir Book"/>
          <w:i/>
          <w:iCs/>
        </w:rPr>
      </w:pPr>
    </w:p>
    <w:p w14:paraId="7E0D28C7" w14:textId="228FDD72" w:rsidR="00C5173C" w:rsidRPr="00AC67F8" w:rsidRDefault="00AC67F8" w:rsidP="00AC67F8">
      <w:pPr>
        <w:pStyle w:val="ListParagraph"/>
        <w:numPr>
          <w:ilvl w:val="0"/>
          <w:numId w:val="10"/>
        </w:numPr>
        <w:rPr>
          <w:rFonts w:ascii="Avenir Book" w:hAnsi="Avenir Book"/>
          <w:i/>
          <w:iCs/>
        </w:rPr>
      </w:pPr>
      <w:r>
        <w:rPr>
          <w:rFonts w:ascii="Avenir Book" w:hAnsi="Avenir Book"/>
          <w:i/>
          <w:iCs/>
        </w:rPr>
        <w:t>I</w:t>
      </w:r>
      <w:r w:rsidR="003609FD" w:rsidRPr="00CA2D68">
        <w:rPr>
          <w:rFonts w:ascii="Avenir Book" w:hAnsi="Avenir Book"/>
        </w:rPr>
        <w:t>s there anything else you’d like to add or reflect on?</w:t>
      </w:r>
    </w:p>
    <w:p w14:paraId="34641AF3" w14:textId="77777777" w:rsidR="00AC67F8" w:rsidRDefault="00AC67F8">
      <w:pPr>
        <w:rPr>
          <w:rFonts w:ascii="Avenir Book" w:hAnsi="Avenir Book"/>
        </w:rPr>
      </w:pPr>
    </w:p>
    <w:p w14:paraId="1033C741" w14:textId="2D6FC84E" w:rsidR="00AC67F8" w:rsidRPr="00AC67F8" w:rsidRDefault="003609FD">
      <w:pPr>
        <w:rPr>
          <w:rFonts w:ascii="Avenir Book" w:hAnsi="Avenir Book"/>
          <w:b/>
          <w:bCs/>
        </w:rPr>
      </w:pPr>
      <w:r w:rsidRPr="00AC67F8">
        <w:rPr>
          <w:rFonts w:ascii="Avenir Book" w:hAnsi="Avenir Book"/>
          <w:b/>
          <w:bCs/>
        </w:rPr>
        <w:t>Consent and Credit</w:t>
      </w:r>
      <w:r w:rsidR="00AC67F8" w:rsidRPr="00AC67F8">
        <w:rPr>
          <w:rFonts w:ascii="Avenir Book" w:hAnsi="Avenir Book"/>
          <w:b/>
          <w:bCs/>
        </w:rPr>
        <w:t xml:space="preserve">: </w:t>
      </w:r>
    </w:p>
    <w:p w14:paraId="38D9F11A" w14:textId="3CFED98F" w:rsidR="00AC67F8" w:rsidRDefault="003609FD" w:rsidP="00AC67F8">
      <w:pPr>
        <w:spacing w:after="0" w:line="240" w:lineRule="auto"/>
        <w:rPr>
          <w:rFonts w:ascii="Avenir Book" w:hAnsi="Avenir Book"/>
        </w:rPr>
      </w:pPr>
      <w:r w:rsidRPr="00CA2D68">
        <w:rPr>
          <w:rFonts w:ascii="Avenir Book" w:hAnsi="Avenir Book"/>
        </w:rPr>
        <w:br/>
        <w:t>Are you happy for your story to be shared on my blog, LinkedIn, or in leadership resources?</w:t>
      </w:r>
      <w:r w:rsidRPr="00CA2D68">
        <w:rPr>
          <w:rFonts w:ascii="Avenir Book" w:hAnsi="Avenir Book"/>
        </w:rPr>
        <w:br/>
      </w:r>
      <w:r w:rsidRPr="00CA2D68">
        <w:rPr>
          <w:rFonts w:ascii="Avenir Book" w:hAnsi="Avenir Book"/>
        </w:rPr>
        <w:br/>
        <w:t xml:space="preserve">- </w:t>
      </w:r>
      <w:proofErr w:type="gramStart"/>
      <w:r w:rsidRPr="00CA2D68">
        <w:rPr>
          <w:rFonts w:ascii="Avenir Book" w:hAnsi="Avenir Book"/>
        </w:rPr>
        <w:t>[ ]</w:t>
      </w:r>
      <w:proofErr w:type="gramEnd"/>
      <w:r w:rsidRPr="00CA2D68">
        <w:rPr>
          <w:rFonts w:ascii="Avenir Book" w:hAnsi="Avenir Book"/>
        </w:rPr>
        <w:t xml:space="preserve"> Yes, with my name </w:t>
      </w:r>
    </w:p>
    <w:p w14:paraId="59E24B95" w14:textId="43AF73EB" w:rsidR="00C5173C" w:rsidRDefault="00AC67F8" w:rsidP="00AC67F8">
      <w:pPr>
        <w:spacing w:after="0" w:line="240" w:lineRule="auto"/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- </w:t>
      </w:r>
      <w:proofErr w:type="gramStart"/>
      <w:r w:rsidRPr="00CA2D68">
        <w:rPr>
          <w:rFonts w:ascii="Avenir Book" w:hAnsi="Avenir Book"/>
        </w:rPr>
        <w:t>[ ]</w:t>
      </w:r>
      <w:proofErr w:type="gramEnd"/>
      <w:r w:rsidRPr="00CA2D68">
        <w:rPr>
          <w:rFonts w:ascii="Avenir Book" w:hAnsi="Avenir Book"/>
        </w:rPr>
        <w:t xml:space="preserve"> Yes, with my name and role</w:t>
      </w:r>
      <w:r w:rsidR="003609FD" w:rsidRPr="00CA2D68">
        <w:rPr>
          <w:rFonts w:ascii="Avenir Book" w:hAnsi="Avenir Book"/>
        </w:rPr>
        <w:br/>
        <w:t xml:space="preserve">- </w:t>
      </w:r>
      <w:proofErr w:type="gramStart"/>
      <w:r w:rsidR="003609FD" w:rsidRPr="00CA2D68">
        <w:rPr>
          <w:rFonts w:ascii="Avenir Book" w:hAnsi="Avenir Book"/>
        </w:rPr>
        <w:t>[ ]</w:t>
      </w:r>
      <w:proofErr w:type="gramEnd"/>
      <w:r w:rsidR="003609FD" w:rsidRPr="00CA2D68">
        <w:rPr>
          <w:rFonts w:ascii="Avenir Book" w:hAnsi="Avenir Book"/>
        </w:rPr>
        <w:t xml:space="preserve"> Yes, but please keep it anonymous</w:t>
      </w:r>
      <w:r w:rsidR="003609FD" w:rsidRPr="00CA2D68">
        <w:rPr>
          <w:rFonts w:ascii="Avenir Book" w:hAnsi="Avenir Book"/>
        </w:rPr>
        <w:br/>
        <w:t xml:space="preserve">- </w:t>
      </w:r>
      <w:proofErr w:type="gramStart"/>
      <w:r w:rsidR="003609FD" w:rsidRPr="00CA2D68">
        <w:rPr>
          <w:rFonts w:ascii="Avenir Book" w:hAnsi="Avenir Book"/>
        </w:rPr>
        <w:t>[ ]</w:t>
      </w:r>
      <w:proofErr w:type="gramEnd"/>
      <w:r w:rsidR="003609FD" w:rsidRPr="00CA2D68">
        <w:rPr>
          <w:rFonts w:ascii="Avenir Book" w:hAnsi="Avenir Book"/>
        </w:rPr>
        <w:t xml:space="preserve"> I’m not sure — please contact me before sharing</w:t>
      </w:r>
    </w:p>
    <w:p w14:paraId="4EE5C32D" w14:textId="77777777" w:rsidR="00AC67F8" w:rsidRDefault="00AC67F8" w:rsidP="00AC67F8">
      <w:pPr>
        <w:spacing w:after="0" w:line="240" w:lineRule="auto"/>
        <w:rPr>
          <w:rFonts w:ascii="Avenir Book" w:hAnsi="Avenir Book"/>
        </w:rPr>
      </w:pPr>
    </w:p>
    <w:p w14:paraId="689867B2" w14:textId="77777777" w:rsidR="00AC67F8" w:rsidRDefault="00AC67F8" w:rsidP="00AC67F8">
      <w:pPr>
        <w:spacing w:after="0" w:line="240" w:lineRule="auto"/>
        <w:rPr>
          <w:rFonts w:ascii="Avenir Book" w:hAnsi="Avenir Book"/>
        </w:rPr>
      </w:pPr>
    </w:p>
    <w:p w14:paraId="50F96CC7" w14:textId="5239EDC6" w:rsidR="00AC67F8" w:rsidRDefault="00AC67F8" w:rsidP="00AC67F8">
      <w:pPr>
        <w:spacing w:after="0" w:line="240" w:lineRule="auto"/>
        <w:rPr>
          <w:rFonts w:ascii="Avenir Book" w:hAnsi="Avenir Book"/>
        </w:rPr>
      </w:pPr>
      <w:r>
        <w:rPr>
          <w:rFonts w:ascii="Avenir Book" w:hAnsi="Avenir Book"/>
        </w:rPr>
        <w:t>Would you like to take part in an interview or group discussion as part of the next round of this research</w:t>
      </w:r>
      <w:r w:rsidRPr="00CA2D68">
        <w:rPr>
          <w:rFonts w:ascii="Avenir Book" w:hAnsi="Avenir Book"/>
        </w:rPr>
        <w:t>?</w:t>
      </w:r>
    </w:p>
    <w:p w14:paraId="5D846EDD" w14:textId="77777777" w:rsidR="00AC67F8" w:rsidRDefault="00AC67F8" w:rsidP="00AC67F8">
      <w:pPr>
        <w:spacing w:after="0" w:line="240" w:lineRule="auto"/>
        <w:rPr>
          <w:rFonts w:ascii="Avenir Book" w:hAnsi="Avenir Book"/>
        </w:rPr>
      </w:pPr>
    </w:p>
    <w:p w14:paraId="34E8C240" w14:textId="21A67D73" w:rsidR="00AC67F8" w:rsidRDefault="00AC67F8" w:rsidP="00AC67F8">
      <w:pPr>
        <w:spacing w:after="0" w:line="240" w:lineRule="auto"/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- </w:t>
      </w:r>
      <w:proofErr w:type="gramStart"/>
      <w:r w:rsidRPr="00CA2D68">
        <w:rPr>
          <w:rFonts w:ascii="Avenir Book" w:hAnsi="Avenir Book"/>
        </w:rPr>
        <w:t>[ ]</w:t>
      </w:r>
      <w:proofErr w:type="gramEnd"/>
      <w:r w:rsidRPr="00CA2D68">
        <w:rPr>
          <w:rFonts w:ascii="Avenir Book" w:hAnsi="Avenir Book"/>
        </w:rPr>
        <w:t xml:space="preserve"> Yes</w:t>
      </w:r>
      <w:r>
        <w:rPr>
          <w:rFonts w:ascii="Avenir Book" w:hAnsi="Avenir Book"/>
        </w:rPr>
        <w:t>,</w:t>
      </w:r>
      <w:r w:rsidR="00D44433">
        <w:rPr>
          <w:rFonts w:ascii="Avenir Book" w:hAnsi="Avenir Book"/>
        </w:rPr>
        <w:t xml:space="preserve"> </w:t>
      </w:r>
      <w:r>
        <w:rPr>
          <w:rFonts w:ascii="Avenir Book" w:hAnsi="Avenir Book"/>
        </w:rPr>
        <w:t>individual interview</w:t>
      </w:r>
    </w:p>
    <w:p w14:paraId="11F3113B" w14:textId="0B2760E0" w:rsidR="00AC67F8" w:rsidRDefault="00AC67F8" w:rsidP="00AC67F8">
      <w:pPr>
        <w:spacing w:after="0" w:line="240" w:lineRule="auto"/>
        <w:rPr>
          <w:rFonts w:ascii="Avenir Book" w:hAnsi="Avenir Book"/>
        </w:rPr>
      </w:pPr>
      <w:r w:rsidRPr="00CA2D68">
        <w:rPr>
          <w:rFonts w:ascii="Avenir Book" w:hAnsi="Avenir Book"/>
        </w:rPr>
        <w:t xml:space="preserve">- </w:t>
      </w:r>
      <w:proofErr w:type="gramStart"/>
      <w:r w:rsidRPr="00CA2D68">
        <w:rPr>
          <w:rFonts w:ascii="Avenir Book" w:hAnsi="Avenir Book"/>
        </w:rPr>
        <w:t>[ ]</w:t>
      </w:r>
      <w:proofErr w:type="gramEnd"/>
      <w:r w:rsidRPr="00CA2D68">
        <w:rPr>
          <w:rFonts w:ascii="Avenir Book" w:hAnsi="Avenir Book"/>
        </w:rPr>
        <w:t xml:space="preserve"> Yes, </w:t>
      </w:r>
      <w:r>
        <w:rPr>
          <w:rFonts w:ascii="Avenir Book" w:hAnsi="Avenir Book"/>
        </w:rPr>
        <w:t>group discussion</w:t>
      </w:r>
      <w:r w:rsidRPr="00CA2D68">
        <w:rPr>
          <w:rFonts w:ascii="Avenir Book" w:hAnsi="Avenir Book"/>
        </w:rPr>
        <w:br/>
      </w:r>
    </w:p>
    <w:p w14:paraId="56834BF6" w14:textId="77777777" w:rsidR="00AC67F8" w:rsidRPr="00CA2D68" w:rsidRDefault="00AC67F8" w:rsidP="00AC67F8">
      <w:pPr>
        <w:spacing w:after="0" w:line="240" w:lineRule="auto"/>
        <w:rPr>
          <w:rFonts w:ascii="Avenir Book" w:hAnsi="Avenir Book"/>
        </w:rPr>
      </w:pPr>
    </w:p>
    <w:p w14:paraId="676E9F9F" w14:textId="6493DB3B" w:rsidR="00AC67F8" w:rsidRDefault="003609FD">
      <w:pPr>
        <w:rPr>
          <w:rFonts w:ascii="Avenir Book" w:hAnsi="Avenir Book"/>
        </w:rPr>
      </w:pPr>
      <w:r w:rsidRPr="00CA2D68">
        <w:rPr>
          <w:rFonts w:ascii="Avenir Book" w:hAnsi="Avenir Book"/>
        </w:rPr>
        <w:t>Thank you again for sharing your story. Your voice matters.</w:t>
      </w:r>
      <w:r w:rsidRPr="00CA2D68">
        <w:rPr>
          <w:rFonts w:ascii="Avenir Book" w:hAnsi="Avenir Book"/>
        </w:rPr>
        <w:br/>
      </w:r>
      <w:r w:rsidRPr="00CA2D68">
        <w:rPr>
          <w:rFonts w:ascii="Avenir Book" w:hAnsi="Avenir Book"/>
        </w:rPr>
        <w:br/>
      </w:r>
      <w:r w:rsidR="00AC67F8">
        <w:rPr>
          <w:rFonts w:ascii="Avenir Book" w:hAnsi="Avenir Book"/>
        </w:rPr>
        <w:t>Suzanne Lindsay Holt</w:t>
      </w:r>
      <w:r w:rsidR="00566445">
        <w:rPr>
          <w:rFonts w:ascii="Avenir Book" w:hAnsi="Avenir Book"/>
        </w:rPr>
        <w:t xml:space="preserve">, </w:t>
      </w:r>
      <w:r w:rsidR="00AC67F8">
        <w:rPr>
          <w:rFonts w:ascii="Avenir Book" w:hAnsi="Avenir Book"/>
        </w:rPr>
        <w:t>INSIDE Coaching</w:t>
      </w:r>
    </w:p>
    <w:p w14:paraId="75DAC12F" w14:textId="2F76A98B" w:rsidR="00AC67F8" w:rsidRPr="00CA2D68" w:rsidRDefault="00AC67F8">
      <w:pPr>
        <w:rPr>
          <w:rFonts w:ascii="Avenir Book" w:hAnsi="Avenir Book"/>
        </w:rPr>
      </w:pPr>
      <w:r>
        <w:rPr>
          <w:rFonts w:ascii="Avenir Book" w:hAnsi="Avenir Book"/>
        </w:rPr>
        <w:t>suzanne@inside-coaching.co.uk</w:t>
      </w:r>
    </w:p>
    <w:sectPr w:rsidR="00AC67F8" w:rsidRPr="00CA2D68" w:rsidSect="009722AB">
      <w:headerReference w:type="default" r:id="rId9"/>
      <w:pgSz w:w="12240" w:h="15840"/>
      <w:pgMar w:top="720" w:right="720" w:bottom="720" w:left="720" w:header="25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8F6A3" w14:textId="77777777" w:rsidR="00CF6E88" w:rsidRDefault="00CF6E88" w:rsidP="00D44433">
      <w:pPr>
        <w:spacing w:after="0" w:line="240" w:lineRule="auto"/>
      </w:pPr>
      <w:r>
        <w:separator/>
      </w:r>
    </w:p>
  </w:endnote>
  <w:endnote w:type="continuationSeparator" w:id="0">
    <w:p w14:paraId="636183B4" w14:textId="77777777" w:rsidR="00CF6E88" w:rsidRDefault="00CF6E88" w:rsidP="00D4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42FC45" w14:textId="77777777" w:rsidR="00CF6E88" w:rsidRDefault="00CF6E88" w:rsidP="00D44433">
      <w:pPr>
        <w:spacing w:after="0" w:line="240" w:lineRule="auto"/>
      </w:pPr>
      <w:r>
        <w:separator/>
      </w:r>
    </w:p>
  </w:footnote>
  <w:footnote w:type="continuationSeparator" w:id="0">
    <w:p w14:paraId="3E2F2FA9" w14:textId="77777777" w:rsidR="00CF6E88" w:rsidRDefault="00CF6E88" w:rsidP="00D4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4ED46B" w14:textId="2F21939A" w:rsidR="00D44433" w:rsidRDefault="00566445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6284AAC" wp14:editId="7A738F87">
          <wp:simplePos x="0" y="0"/>
          <wp:positionH relativeFrom="margin">
            <wp:posOffset>-508000</wp:posOffset>
          </wp:positionH>
          <wp:positionV relativeFrom="margin">
            <wp:posOffset>-1865630</wp:posOffset>
          </wp:positionV>
          <wp:extent cx="7797800" cy="1701800"/>
          <wp:effectExtent l="0" t="0" r="0" b="0"/>
          <wp:wrapSquare wrapText="bothSides"/>
          <wp:docPr id="1243690950" name="Picture 1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3690950" name="Picture 1" descr="A blue and white logo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97800" cy="170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CE94962"/>
    <w:multiLevelType w:val="hybridMultilevel"/>
    <w:tmpl w:val="916EBF80"/>
    <w:lvl w:ilvl="0" w:tplc="CB0AFAB4">
      <w:start w:val="15"/>
      <w:numFmt w:val="bullet"/>
      <w:lvlText w:val="-"/>
      <w:lvlJc w:val="left"/>
      <w:pPr>
        <w:ind w:left="1428" w:hanging="360"/>
      </w:pPr>
      <w:rPr>
        <w:rFonts w:ascii="Avenir Book" w:eastAsiaTheme="minorEastAsia" w:hAnsi="Avenir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76236751"/>
    <w:multiLevelType w:val="hybridMultilevel"/>
    <w:tmpl w:val="D3F4F540"/>
    <w:lvl w:ilvl="0" w:tplc="080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1583032">
    <w:abstractNumId w:val="8"/>
  </w:num>
  <w:num w:numId="2" w16cid:durableId="1009987432">
    <w:abstractNumId w:val="6"/>
  </w:num>
  <w:num w:numId="3" w16cid:durableId="1713923767">
    <w:abstractNumId w:val="5"/>
  </w:num>
  <w:num w:numId="4" w16cid:durableId="1921020109">
    <w:abstractNumId w:val="4"/>
  </w:num>
  <w:num w:numId="5" w16cid:durableId="1017737690">
    <w:abstractNumId w:val="7"/>
  </w:num>
  <w:num w:numId="6" w16cid:durableId="1071777314">
    <w:abstractNumId w:val="3"/>
  </w:num>
  <w:num w:numId="7" w16cid:durableId="966350620">
    <w:abstractNumId w:val="2"/>
  </w:num>
  <w:num w:numId="8" w16cid:durableId="964235094">
    <w:abstractNumId w:val="1"/>
  </w:num>
  <w:num w:numId="9" w16cid:durableId="1591963176">
    <w:abstractNumId w:val="0"/>
  </w:num>
  <w:num w:numId="10" w16cid:durableId="764762313">
    <w:abstractNumId w:val="10"/>
  </w:num>
  <w:num w:numId="11" w16cid:durableId="10383599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1F4541"/>
    <w:rsid w:val="0029639D"/>
    <w:rsid w:val="002F177A"/>
    <w:rsid w:val="00326F90"/>
    <w:rsid w:val="003609FD"/>
    <w:rsid w:val="00496AC0"/>
    <w:rsid w:val="00566445"/>
    <w:rsid w:val="0062331A"/>
    <w:rsid w:val="009722AB"/>
    <w:rsid w:val="00AA1D8D"/>
    <w:rsid w:val="00AC67F8"/>
    <w:rsid w:val="00B47730"/>
    <w:rsid w:val="00C5173C"/>
    <w:rsid w:val="00CA2D68"/>
    <w:rsid w:val="00CB0664"/>
    <w:rsid w:val="00CF6E88"/>
    <w:rsid w:val="00D4443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4E1DEF3"/>
  <w14:defaultImageDpi w14:val="300"/>
  <w15:docId w15:val="{A0A1CC74-29A9-3846-822F-B6B1B11DB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u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Shading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urfulList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urfulList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urfulList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urfulList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urfulList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urfulList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u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urfulGrid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urfulGrid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urfulGrid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Grid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urfulGrid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urfulGrid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Hyperlink">
    <w:name w:val="Hyperlink"/>
    <w:basedOn w:val="DefaultParagraphFont"/>
    <w:uiPriority w:val="99"/>
    <w:unhideWhenUsed/>
    <w:rsid w:val="002F177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17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zanne@inside-coaching.co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3634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Suzanne Holt</cp:lastModifiedBy>
  <cp:revision>2</cp:revision>
  <dcterms:created xsi:type="dcterms:W3CDTF">2025-05-19T13:12:00Z</dcterms:created>
  <dcterms:modified xsi:type="dcterms:W3CDTF">2025-05-19T13:12:00Z</dcterms:modified>
  <cp:category/>
</cp:coreProperties>
</file>